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51D277" w14:textId="77777777" w:rsidR="00E4728F" w:rsidRDefault="00000000">
      <w:pPr>
        <w:spacing w:after="0"/>
        <w:jc w:val="center"/>
      </w:pPr>
      <w:r>
        <w:rPr>
          <w:b/>
          <w:color w:val="5B178A"/>
          <w:sz w:val="36"/>
        </w:rPr>
        <w:t>◆  FABULOUS DIAMOND DANCERS LLC  ◆</w:t>
      </w:r>
    </w:p>
    <w:p w14:paraId="6503F8D8" w14:textId="77777777" w:rsidR="00E4728F" w:rsidRDefault="00000000">
      <w:pPr>
        <w:spacing w:after="100"/>
        <w:jc w:val="center"/>
      </w:pPr>
      <w:r>
        <w:rPr>
          <w:b/>
          <w:color w:val="C79A18"/>
          <w:sz w:val="24"/>
        </w:rPr>
        <w:t>SOCIAL MEDIA • PHOTO • VIDEO RELEASE FORM</w:t>
      </w:r>
    </w:p>
    <w:tbl>
      <w:tblPr>
        <w:tblW w:w="0" w:type="auto"/>
        <w:jc w:val="center"/>
        <w:tblLayout w:type="fixed"/>
        <w:tblLook w:val="04A0" w:firstRow="1" w:lastRow="0" w:firstColumn="1" w:lastColumn="0" w:noHBand="0" w:noVBand="1"/>
      </w:tblPr>
      <w:tblGrid>
        <w:gridCol w:w="9936"/>
      </w:tblGrid>
      <w:tr w:rsidR="00E4728F" w14:paraId="78702855" w14:textId="77777777">
        <w:trPr>
          <w:jc w:val="center"/>
        </w:trPr>
        <w:tc>
          <w:tcPr>
            <w:tcW w:w="9936" w:type="dxa"/>
            <w:tcBorders>
              <w:top w:val="single" w:sz="8" w:space="0" w:color="5B178A"/>
              <w:left w:val="single" w:sz="8" w:space="0" w:color="5B178A"/>
              <w:bottom w:val="single" w:sz="8" w:space="0" w:color="5B178A"/>
              <w:right w:val="single" w:sz="8" w:space="0" w:color="5B178A"/>
            </w:tcBorders>
            <w:shd w:val="clear" w:color="auto" w:fill="F2EAF8"/>
            <w:vAlign w:val="center"/>
          </w:tcPr>
          <w:p w14:paraId="646E5999" w14:textId="77777777" w:rsidR="00E4728F" w:rsidRDefault="00000000">
            <w:pPr>
              <w:spacing w:after="0"/>
            </w:pPr>
            <w:r>
              <w:rPr>
                <w:sz w:val="18"/>
              </w:rPr>
              <w:t>Fabulous Diamond Dancers LLC uses photographs and videos to celebrate our dancers, promote the organization, share performances and events, and highlight team accomplishments. Please review this release carefully and select your preference below.</w:t>
            </w:r>
          </w:p>
        </w:tc>
      </w:tr>
    </w:tbl>
    <w:p w14:paraId="01C83859" w14:textId="77777777" w:rsidR="00E4728F" w:rsidRDefault="00000000">
      <w:pPr>
        <w:spacing w:before="100" w:after="40"/>
      </w:pPr>
      <w:r>
        <w:rPr>
          <w:b/>
          <w:color w:val="5B178A"/>
          <w:sz w:val="21"/>
        </w:rPr>
        <w:t>DANCER INFORMATION</w:t>
      </w:r>
    </w:p>
    <w:p w14:paraId="79265E5C" w14:textId="77777777" w:rsidR="00E4728F" w:rsidRDefault="00000000">
      <w:pPr>
        <w:spacing w:after="40"/>
      </w:pPr>
      <w:r>
        <w:t>Dancer's Full Name: ____________________________________________</w:t>
      </w:r>
    </w:p>
    <w:p w14:paraId="4FFED9D2" w14:textId="77777777" w:rsidR="00E4728F" w:rsidRDefault="00000000">
      <w:pPr>
        <w:spacing w:after="40"/>
      </w:pPr>
      <w:r>
        <w:t>Parent/Guardian Name: ____________________________________________</w:t>
      </w:r>
    </w:p>
    <w:p w14:paraId="7EF73B81" w14:textId="77777777" w:rsidR="00E4728F" w:rsidRDefault="00000000">
      <w:pPr>
        <w:spacing w:after="60"/>
      </w:pPr>
      <w:r>
        <w:t>Division/Team: __________________________    Season: __________________________</w:t>
      </w:r>
    </w:p>
    <w:p w14:paraId="6DB2CB7B" w14:textId="77777777" w:rsidR="00E4728F" w:rsidRDefault="00000000">
      <w:pPr>
        <w:spacing w:before="100" w:after="40"/>
      </w:pPr>
      <w:r>
        <w:rPr>
          <w:b/>
          <w:color w:val="5B178A"/>
          <w:sz w:val="21"/>
        </w:rPr>
        <w:t>MEDIA AUTHORIZATION</w:t>
      </w:r>
    </w:p>
    <w:p w14:paraId="7F352531" w14:textId="77777777" w:rsidR="00E4728F" w:rsidRDefault="00000000">
      <w:pPr>
        <w:spacing w:after="40"/>
      </w:pPr>
      <w:r>
        <w:rPr>
          <w:b/>
        </w:rPr>
        <w:t>Please check ONE:</w:t>
      </w:r>
    </w:p>
    <w:p w14:paraId="34E0BE37" w14:textId="77777777" w:rsidR="00E4728F" w:rsidRDefault="00000000">
      <w:pPr>
        <w:spacing w:after="40"/>
        <w:ind w:left="115"/>
      </w:pPr>
      <w:r>
        <w:rPr>
          <w:b/>
          <w:color w:val="C79A18"/>
        </w:rPr>
        <w:t xml:space="preserve">☐  I GIVE PERMISSION — </w:t>
      </w:r>
      <w:r>
        <w:rPr>
          <w:sz w:val="18"/>
        </w:rPr>
        <w:t>for Fabulous Diamond Dancers LLC, its authorized staff, coaches, and representatives to photograph, video, record, and use my dancer's image, likeness, voice, and performance for organization-related purposes.</w:t>
      </w:r>
    </w:p>
    <w:p w14:paraId="2CEE0FBC" w14:textId="77777777" w:rsidR="00E4728F" w:rsidRDefault="00000000">
      <w:pPr>
        <w:spacing w:after="40"/>
        <w:ind w:left="115"/>
      </w:pPr>
      <w:r>
        <w:rPr>
          <w:b/>
          <w:color w:val="C79A18"/>
        </w:rPr>
        <w:t xml:space="preserve">☐  I DO NOT GIVE PERMISSION — </w:t>
      </w:r>
      <w:r>
        <w:rPr>
          <w:sz w:val="18"/>
        </w:rPr>
        <w:t>for my dancer's identifiable image, likeness, voice, or performance to be posted or used on social media or promotional materials, except where the dancer may appear incidentally in a large group or public event setting.</w:t>
      </w:r>
    </w:p>
    <w:p w14:paraId="43DE6B46" w14:textId="77777777" w:rsidR="00E4728F" w:rsidRDefault="00000000">
      <w:pPr>
        <w:spacing w:before="100" w:after="40"/>
      </w:pPr>
      <w:r>
        <w:rPr>
          <w:b/>
          <w:color w:val="5B178A"/>
          <w:sz w:val="21"/>
        </w:rPr>
        <w:t>APPROVED USES</w:t>
      </w:r>
    </w:p>
    <w:p w14:paraId="46C63D50" w14:textId="77777777" w:rsidR="00E4728F" w:rsidRDefault="00000000">
      <w:pPr>
        <w:spacing w:after="40"/>
      </w:pPr>
      <w:r>
        <w:rPr>
          <w:sz w:val="18"/>
        </w:rPr>
        <w:t>If permission is granted, media may be used on the organization's website, social media pages, flyers, advertisements, printed materials, competition/performance recaps, promotional videos, news/media features, and other official Fabulous Diamond Dancers LLC communications.</w:t>
      </w:r>
    </w:p>
    <w:p w14:paraId="3E2AFA95" w14:textId="77777777" w:rsidR="00E4728F" w:rsidRDefault="00000000">
      <w:pPr>
        <w:spacing w:before="100" w:after="40"/>
      </w:pPr>
      <w:r>
        <w:rPr>
          <w:b/>
          <w:color w:val="5B178A"/>
          <w:sz w:val="21"/>
        </w:rPr>
        <w:t>RELEASE &amp; ACKNOWLEDGMENT</w:t>
      </w:r>
    </w:p>
    <w:p w14:paraId="11DBFBC6" w14:textId="77777777" w:rsidR="00E4728F" w:rsidRDefault="00000000">
      <w:pPr>
        <w:spacing w:after="40"/>
      </w:pPr>
      <w:r>
        <w:rPr>
          <w:sz w:val="18"/>
        </w:rPr>
        <w:t>I understand that approved media may be shared publicly and may be viewed, saved, or redistributed by others. I understand that no compensation will be provided for the use of approved media. I release Fabulous Diamond Dancers LLC and its authorized representatives from claims arising from the authorized use of such media, except as prohibited by law.</w:t>
      </w:r>
    </w:p>
    <w:p w14:paraId="3F56A602" w14:textId="77777777" w:rsidR="00E4728F" w:rsidRDefault="00000000">
      <w:pPr>
        <w:spacing w:after="60"/>
      </w:pPr>
      <w:r>
        <w:rPr>
          <w:sz w:val="18"/>
        </w:rPr>
        <w:t>This authorization remains in effect for the current dance season unless I revoke permission in writing. Revocation applies to future use and may not require removal of materials already printed, published, or shared.</w:t>
      </w:r>
    </w:p>
    <w:p w14:paraId="7A2B74B6" w14:textId="77777777" w:rsidR="00E4728F" w:rsidRDefault="00000000">
      <w:pPr>
        <w:spacing w:before="100" w:after="40"/>
      </w:pPr>
      <w:r>
        <w:rPr>
          <w:b/>
          <w:color w:val="5B178A"/>
          <w:sz w:val="21"/>
        </w:rPr>
        <w:t>PARENT/GUARDIAN CONSENT</w:t>
      </w:r>
    </w:p>
    <w:p w14:paraId="70297016" w14:textId="77777777" w:rsidR="00E4728F" w:rsidRDefault="00000000">
      <w:pPr>
        <w:spacing w:after="100"/>
      </w:pPr>
      <w:r>
        <w:rPr>
          <w:sz w:val="18"/>
        </w:rPr>
        <w:t>By signing below, I confirm that I am the parent/legal guardian of the dancer named above, I have read this form, and my selection accurately reflects my consent.</w:t>
      </w:r>
    </w:p>
    <w:p w14:paraId="00BDF382" w14:textId="77777777" w:rsidR="00E4728F" w:rsidRDefault="00000000">
      <w:pPr>
        <w:spacing w:after="40"/>
      </w:pPr>
      <w:r>
        <w:t>Parent/Guardian Signature: ____________________________________________</w:t>
      </w:r>
    </w:p>
    <w:p w14:paraId="12336AEA" w14:textId="77777777" w:rsidR="00E4728F" w:rsidRDefault="00000000">
      <w:pPr>
        <w:spacing w:after="60"/>
      </w:pPr>
      <w:r>
        <w:t>Printed Name: _______________________________    Date: __________________</w:t>
      </w:r>
    </w:p>
    <w:p w14:paraId="59995EAF" w14:textId="77777777" w:rsidR="00E4728F" w:rsidRDefault="00000000">
      <w:pPr>
        <w:spacing w:after="40"/>
      </w:pPr>
      <w:r>
        <w:t>Dancer Signature (if applicable): ____________________________________________</w:t>
      </w:r>
    </w:p>
    <w:p w14:paraId="6BD25672" w14:textId="77777777" w:rsidR="00E4728F" w:rsidRDefault="00000000">
      <w:pPr>
        <w:spacing w:after="0"/>
      </w:pPr>
      <w:r>
        <w:t>Staff/Witness: _________________________________    Date: __________________</w:t>
      </w:r>
    </w:p>
    <w:sectPr w:rsidR="00E4728F" w:rsidSect="00034616">
      <w:footerReference w:type="default" r:id="rId8"/>
      <w:pgSz w:w="11520" w:h="14400"/>
      <w:pgMar w:top="605" w:right="792" w:bottom="605" w:left="792" w:header="720" w:footer="720" w:gutter="0"/>
      <w:pgBorders w:offsetFrom="page">
        <w:top w:val="single" w:sz="20" w:space="12" w:color="5B178A"/>
        <w:left w:val="single" w:sz="20" w:space="12" w:color="C79A18"/>
        <w:bottom w:val="single" w:sz="20" w:space="12" w:color="5B178A"/>
        <w:right w:val="single" w:sz="20" w:space="12" w:color="C79A18"/>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7D494A" w14:textId="77777777" w:rsidR="00AA4711" w:rsidRDefault="00AA4711">
      <w:pPr>
        <w:spacing w:after="0" w:line="240" w:lineRule="auto"/>
      </w:pPr>
      <w:r>
        <w:separator/>
      </w:r>
    </w:p>
  </w:endnote>
  <w:endnote w:type="continuationSeparator" w:id="0">
    <w:p w14:paraId="28C5FD9A" w14:textId="77777777" w:rsidR="00AA4711" w:rsidRDefault="00AA47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4FC83F" w14:textId="77777777" w:rsidR="00E4728F" w:rsidRDefault="00000000">
    <w:pPr>
      <w:pStyle w:val="Footer"/>
      <w:jc w:val="center"/>
    </w:pPr>
    <w:r>
      <w:rPr>
        <w:b/>
        <w:color w:val="5B178A"/>
        <w:sz w:val="16"/>
      </w:rPr>
      <w:t xml:space="preserve">FABULOUS DIAMOND DANCERS </w:t>
    </w:r>
    <w:proofErr w:type="gramStart"/>
    <w:r>
      <w:rPr>
        <w:b/>
        <w:color w:val="5B178A"/>
        <w:sz w:val="16"/>
      </w:rPr>
      <w:t>LLC  •</w:t>
    </w:r>
    <w:proofErr w:type="gramEnd"/>
    <w:r>
      <w:rPr>
        <w:b/>
        <w:color w:val="5B178A"/>
        <w:sz w:val="16"/>
      </w:rPr>
      <w:t xml:space="preserve">  OFFICIAL RELEASE FORM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1E0267" w14:textId="77777777" w:rsidR="00AA4711" w:rsidRDefault="00AA4711">
      <w:pPr>
        <w:spacing w:after="0" w:line="240" w:lineRule="auto"/>
      </w:pPr>
      <w:r>
        <w:separator/>
      </w:r>
    </w:p>
  </w:footnote>
  <w:footnote w:type="continuationSeparator" w:id="0">
    <w:p w14:paraId="7DC4EBA0" w14:textId="77777777" w:rsidR="00AA4711" w:rsidRDefault="00AA471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697655314">
    <w:abstractNumId w:val="8"/>
  </w:num>
  <w:num w:numId="2" w16cid:durableId="2105228869">
    <w:abstractNumId w:val="6"/>
  </w:num>
  <w:num w:numId="3" w16cid:durableId="537278793">
    <w:abstractNumId w:val="5"/>
  </w:num>
  <w:num w:numId="4" w16cid:durableId="21901515">
    <w:abstractNumId w:val="4"/>
  </w:num>
  <w:num w:numId="5" w16cid:durableId="637879478">
    <w:abstractNumId w:val="7"/>
  </w:num>
  <w:num w:numId="6" w16cid:durableId="1444183625">
    <w:abstractNumId w:val="3"/>
  </w:num>
  <w:num w:numId="7" w16cid:durableId="428618981">
    <w:abstractNumId w:val="2"/>
  </w:num>
  <w:num w:numId="8" w16cid:durableId="502857865">
    <w:abstractNumId w:val="1"/>
  </w:num>
  <w:num w:numId="9" w16cid:durableId="3630955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47540"/>
    <w:rsid w:val="0015074B"/>
    <w:rsid w:val="0029639D"/>
    <w:rsid w:val="00326F90"/>
    <w:rsid w:val="009E20AD"/>
    <w:rsid w:val="00AA1D8D"/>
    <w:rsid w:val="00AA4711"/>
    <w:rsid w:val="00B47730"/>
    <w:rsid w:val="00CB0664"/>
    <w:rsid w:val="00E4728F"/>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1C43A2D"/>
  <w14:defaultImageDpi w14:val="300"/>
  <w15:docId w15:val="{8546F3AF-CD36-4B7C-8573-A18B48F65C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sz w:val="19"/>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366</Words>
  <Characters>2087</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2449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phipps, Teayrra (CD4)</cp:lastModifiedBy>
  <cp:revision>2</cp:revision>
  <dcterms:created xsi:type="dcterms:W3CDTF">2026-08-10T15:16:00Z</dcterms:created>
  <dcterms:modified xsi:type="dcterms:W3CDTF">2026-08-10T15:16:00Z</dcterms:modified>
  <cp:category/>
</cp:coreProperties>
</file>