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240B3" w14:textId="77777777" w:rsidR="00B9669F" w:rsidRDefault="00000000">
      <w:pPr>
        <w:spacing w:line="240" w:lineRule="auto"/>
        <w:jc w:val="center"/>
      </w:pPr>
      <w:r>
        <w:rPr>
          <w:b/>
          <w:color w:val="5C238C"/>
          <w:sz w:val="36"/>
        </w:rPr>
        <w:t>◆  FABULOUS DIAMOND DANCERS LLC  ◆</w:t>
      </w:r>
    </w:p>
    <w:p w14:paraId="0E48D172" w14:textId="77777777" w:rsidR="00B9669F" w:rsidRDefault="00000000">
      <w:pPr>
        <w:spacing w:line="240" w:lineRule="auto"/>
        <w:jc w:val="center"/>
      </w:pPr>
      <w:r>
        <w:rPr>
          <w:b/>
          <w:color w:val="B8860B"/>
          <w:sz w:val="28"/>
        </w:rPr>
        <w:t>TRANSPORTATION RELEASE &amp; CONSENT FORM</w:t>
      </w:r>
    </w:p>
    <w:p w14:paraId="1A97C1A8" w14:textId="77777777" w:rsidR="00B9669F" w:rsidRDefault="00000000">
      <w:pPr>
        <w:spacing w:line="240" w:lineRule="auto"/>
        <w:jc w:val="center"/>
      </w:pPr>
      <w:r>
        <w:rPr>
          <w:b/>
          <w:sz w:val="20"/>
        </w:rPr>
        <w:t>2026–2027 DANCE SEASON</w:t>
      </w:r>
    </w:p>
    <w:p w14:paraId="4AED0932" w14:textId="77777777" w:rsidR="00B9669F" w:rsidRDefault="00000000">
      <w:pPr>
        <w:spacing w:after="60" w:line="240" w:lineRule="auto"/>
      </w:pPr>
      <w:r>
        <w:rPr>
          <w:b/>
        </w:rPr>
        <w:t xml:space="preserve">Dancer's Full Name: </w:t>
      </w:r>
      <w:r>
        <w:t>__________________________________________________</w:t>
      </w:r>
    </w:p>
    <w:p w14:paraId="0286A1BA" w14:textId="77777777" w:rsidR="00B9669F" w:rsidRDefault="00000000">
      <w:pPr>
        <w:spacing w:after="60" w:line="240" w:lineRule="auto"/>
      </w:pPr>
      <w:r>
        <w:rPr>
          <w:b/>
        </w:rPr>
        <w:t xml:space="preserve">Parent/Guardian Name: </w:t>
      </w:r>
      <w:r>
        <w:t>_______________________________________________</w:t>
      </w:r>
    </w:p>
    <w:p w14:paraId="01F718E4" w14:textId="77777777" w:rsidR="00B9669F" w:rsidRDefault="00000000">
      <w:pPr>
        <w:spacing w:after="60" w:line="240" w:lineRule="auto"/>
      </w:pPr>
      <w:r>
        <w:rPr>
          <w:b/>
        </w:rPr>
        <w:t xml:space="preserve">Parent/Guardian Phone: </w:t>
      </w:r>
      <w:r>
        <w:t>______________________________________________</w:t>
      </w:r>
    </w:p>
    <w:p w14:paraId="7F829EC5" w14:textId="77777777" w:rsidR="00B9669F" w:rsidRDefault="00000000">
      <w:pPr>
        <w:spacing w:after="60" w:line="240" w:lineRule="auto"/>
      </w:pPr>
      <w:r>
        <w:rPr>
          <w:b/>
        </w:rPr>
        <w:t xml:space="preserve">Emergency Contact / Phone: </w:t>
      </w:r>
      <w:r>
        <w:t>__________________________________________</w:t>
      </w:r>
    </w:p>
    <w:p w14:paraId="5111E864" w14:textId="77777777" w:rsidR="00B9669F" w:rsidRDefault="00000000">
      <w:pPr>
        <w:spacing w:before="80" w:after="80" w:line="240" w:lineRule="auto"/>
      </w:pPr>
      <w:r>
        <w:rPr>
          <w:b/>
          <w:color w:val="5C238C"/>
          <w:sz w:val="22"/>
        </w:rPr>
        <w:t>TRANSPORTATION AUTHORIZATION</w:t>
      </w:r>
    </w:p>
    <w:p w14:paraId="370D2E34" w14:textId="77777777" w:rsidR="00B9669F" w:rsidRDefault="00000000">
      <w:pPr>
        <w:spacing w:after="100" w:line="240" w:lineRule="auto"/>
      </w:pPr>
      <w:r>
        <w:t>I, the undersigned parent/legal guardian, give permission for my dancer to be transported for Fabulous Diamond Dancers LLC activities when transportation is arranged or approved by the organization. Transportation may include travel to and from practices, performances, competitions, parades, community events, team activities, or other organization-related events.</w:t>
      </w:r>
    </w:p>
    <w:p w14:paraId="0FB24D9F" w14:textId="77777777" w:rsidR="00B9669F" w:rsidRDefault="00000000">
      <w:pPr>
        <w:spacing w:after="100" w:line="240" w:lineRule="auto"/>
      </w:pPr>
      <w:r>
        <w:t>I understand that transportation may be provided by authorized coaches, staff members, approved parent/guardian volunteers, chartered transportation, rental vehicles, or other approved drivers. I understand that all drivers are expected to follow applicable traffic and safety laws and that seat belts/restraints must be used when available and required.</w:t>
      </w:r>
    </w:p>
    <w:p w14:paraId="4658803D" w14:textId="77777777" w:rsidR="00B9669F" w:rsidRDefault="00000000">
      <w:pPr>
        <w:spacing w:after="100" w:line="240" w:lineRule="auto"/>
      </w:pPr>
      <w:r>
        <w:t>I acknowledge that travel by motor vehicle involves risks, including the possibility of accidents, delays, injury, property loss, or other unforeseen events. To the extent permitted by law, I release Fabulous Diamond Dancers LLC, its owners, coaches, staff, volunteers, and authorized drivers from claims arising from ordinary risks associated with approved transportation, except where liability cannot legally be waived.</w:t>
      </w:r>
    </w:p>
    <w:p w14:paraId="4C3C75D5" w14:textId="77777777" w:rsidR="00B9669F" w:rsidRDefault="00000000">
      <w:pPr>
        <w:spacing w:after="100" w:line="240" w:lineRule="auto"/>
      </w:pPr>
      <w:r>
        <w:t>In the event of an emergency, I authorize Fabulous Diamond Dancers LLC staff to contact emergency services and the emergency contact listed above. I understand that I remain responsible for providing accurate contact information and promptly communicating any transportation restrictions or special pickup/drop-off instructions.</w:t>
      </w:r>
    </w:p>
    <w:p w14:paraId="468145C5" w14:textId="77777777" w:rsidR="00B9669F" w:rsidRDefault="00000000">
      <w:pPr>
        <w:spacing w:line="240" w:lineRule="auto"/>
      </w:pPr>
      <w:r>
        <w:rPr>
          <w:b/>
          <w:color w:val="5C238C"/>
          <w:sz w:val="21"/>
        </w:rPr>
        <w:t>PLEASE CHECK ONE:</w:t>
      </w:r>
    </w:p>
    <w:p w14:paraId="685E64CA" w14:textId="77777777" w:rsidR="00B9669F" w:rsidRDefault="00000000">
      <w:pPr>
        <w:spacing w:after="60" w:line="240" w:lineRule="auto"/>
        <w:ind w:left="216"/>
      </w:pPr>
      <w:r>
        <w:t>☐ YES — I authorize my dancer to ride in organization-approved transportation.</w:t>
      </w:r>
    </w:p>
    <w:p w14:paraId="084D8B81" w14:textId="77777777" w:rsidR="00B9669F" w:rsidRDefault="00000000">
      <w:pPr>
        <w:spacing w:after="60" w:line="240" w:lineRule="auto"/>
        <w:ind w:left="216"/>
      </w:pPr>
      <w:r>
        <w:t>☐ NO — I do NOT authorize organization transportation. I will arrange my dancer's transportation.</w:t>
      </w:r>
    </w:p>
    <w:p w14:paraId="21ED797B" w14:textId="77777777" w:rsidR="00B9669F" w:rsidRDefault="00000000">
      <w:pPr>
        <w:spacing w:line="240" w:lineRule="auto"/>
      </w:pPr>
      <w:r>
        <w:rPr>
          <w:b/>
          <w:sz w:val="20"/>
        </w:rPr>
        <w:t>AUTHORIZED PICKUP / TRANSPORTATION NOTES (optional)</w:t>
      </w:r>
    </w:p>
    <w:p w14:paraId="2E5A1E34" w14:textId="77777777" w:rsidR="00B9669F" w:rsidRDefault="00000000">
      <w:pPr>
        <w:spacing w:after="80" w:line="240" w:lineRule="auto"/>
      </w:pPr>
      <w:r>
        <w:t>____________________________________________________________________________________________</w:t>
      </w:r>
      <w:r>
        <w:br/>
        <w:t>____________________________________________________________________________________________</w:t>
      </w:r>
    </w:p>
    <w:p w14:paraId="52458569" w14:textId="77777777" w:rsidR="00B9669F" w:rsidRDefault="00000000">
      <w:pPr>
        <w:spacing w:after="120" w:line="240" w:lineRule="auto"/>
      </w:pPr>
      <w:r>
        <w:t>By signing below, I confirm that I have read and understand this Transportation Release &amp; Consent Form and that the selection above reflects my authorization.</w:t>
      </w:r>
    </w:p>
    <w:p w14:paraId="501BE2C9" w14:textId="77777777" w:rsidR="00B9669F" w:rsidRDefault="00000000">
      <w:pPr>
        <w:spacing w:after="60" w:line="240" w:lineRule="auto"/>
      </w:pPr>
      <w:r>
        <w:rPr>
          <w:b/>
        </w:rPr>
        <w:t xml:space="preserve">Parent/Guardian Signature: </w:t>
      </w:r>
      <w:r>
        <w:t>____________________________________________</w:t>
      </w:r>
    </w:p>
    <w:p w14:paraId="58D82A76" w14:textId="77777777" w:rsidR="00B9669F" w:rsidRDefault="00000000">
      <w:pPr>
        <w:spacing w:after="60" w:line="240" w:lineRule="auto"/>
      </w:pPr>
      <w:r>
        <w:rPr>
          <w:b/>
        </w:rPr>
        <w:t xml:space="preserve">Printed Name: </w:t>
      </w:r>
      <w:r>
        <w:t>_________________________________________________________</w:t>
      </w:r>
    </w:p>
    <w:p w14:paraId="77E1CADA" w14:textId="77777777" w:rsidR="00B9669F" w:rsidRDefault="00000000">
      <w:pPr>
        <w:spacing w:after="60" w:line="240" w:lineRule="auto"/>
      </w:pPr>
      <w:r>
        <w:rPr>
          <w:b/>
        </w:rPr>
        <w:t xml:space="preserve">Date: </w:t>
      </w:r>
      <w:r>
        <w:t>___________________________________________________________________</w:t>
      </w:r>
    </w:p>
    <w:p w14:paraId="2C30132B" w14:textId="77777777" w:rsidR="00B9669F" w:rsidRDefault="00000000">
      <w:pPr>
        <w:spacing w:after="60" w:line="240" w:lineRule="auto"/>
      </w:pPr>
      <w:r>
        <w:rPr>
          <w:b/>
        </w:rPr>
        <w:t xml:space="preserve">Dancer Signature (if age appropriate): </w:t>
      </w:r>
      <w:r>
        <w:t>__________________________________</w:t>
      </w:r>
    </w:p>
    <w:p w14:paraId="4B5C29C5" w14:textId="77777777" w:rsidR="00B9669F" w:rsidRDefault="00000000">
      <w:pPr>
        <w:spacing w:before="100" w:line="240" w:lineRule="auto"/>
        <w:jc w:val="center"/>
      </w:pPr>
      <w:r>
        <w:rPr>
          <w:b/>
          <w:color w:val="B8860B"/>
          <w:sz w:val="16"/>
        </w:rPr>
        <w:t>Fabulous Diamond Dancers LLC  •  Transportation Consent Form</w:t>
      </w:r>
    </w:p>
    <w:sectPr w:rsidR="00B9669F" w:rsidSect="00034616">
      <w:pgSz w:w="11520" w:h="14400"/>
      <w:pgMar w:top="605" w:right="792" w:bottom="605"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33541101">
    <w:abstractNumId w:val="8"/>
  </w:num>
  <w:num w:numId="2" w16cid:durableId="746851278">
    <w:abstractNumId w:val="6"/>
  </w:num>
  <w:num w:numId="3" w16cid:durableId="171067580">
    <w:abstractNumId w:val="5"/>
  </w:num>
  <w:num w:numId="4" w16cid:durableId="1521700938">
    <w:abstractNumId w:val="4"/>
  </w:num>
  <w:num w:numId="5" w16cid:durableId="1501895604">
    <w:abstractNumId w:val="7"/>
  </w:num>
  <w:num w:numId="6" w16cid:durableId="506873683">
    <w:abstractNumId w:val="3"/>
  </w:num>
  <w:num w:numId="7" w16cid:durableId="1257978797">
    <w:abstractNumId w:val="2"/>
  </w:num>
  <w:num w:numId="8" w16cid:durableId="655500950">
    <w:abstractNumId w:val="1"/>
  </w:num>
  <w:num w:numId="9" w16cid:durableId="249244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9E20AD"/>
    <w:rsid w:val="00AA1D8D"/>
    <w:rsid w:val="00B47730"/>
    <w:rsid w:val="00B9669F"/>
    <w:rsid w:val="00BA735B"/>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C5643B"/>
  <w14:defaultImageDpi w14:val="300"/>
  <w15:docId w15:val="{8546F3AF-CD36-4B7C-8573-A18B48F65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421</Words>
  <Characters>2403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phipps, Teayrra (CD4)</cp:lastModifiedBy>
  <cp:revision>2</cp:revision>
  <dcterms:created xsi:type="dcterms:W3CDTF">2026-08-10T15:16:00Z</dcterms:created>
  <dcterms:modified xsi:type="dcterms:W3CDTF">2026-08-10T15:16:00Z</dcterms:modified>
  <cp:category/>
</cp:coreProperties>
</file>